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/>
        <w:jc w:val="both"/>
      </w:pPr>
      <w:r>
        <w:rPr>
          <w:b w:val="0"/>
          <w:i w:val="0"/>
          <w:sz w:val="22"/>
        </w:rPr>
        <w:t>Мировому судье судебного участка № ______</w:t>
      </w:r>
    </w:p>
    <w:p>
      <w:pPr>
        <w:spacing w:before="0"/>
        <w:jc w:val="both"/>
      </w:pPr>
      <w:r>
        <w:rPr>
          <w:b w:val="0"/>
          <w:i w:val="0"/>
          <w:sz w:val="22"/>
        </w:rPr>
        <w:t>________________________________ района / города ________________________</w:t>
      </w:r>
    </w:p>
    <w:p>
      <w:pPr>
        <w:spacing w:before="0"/>
        <w:jc w:val="both"/>
      </w:pPr>
      <w:r>
        <w:rPr>
          <w:b w:val="0"/>
          <w:i w:val="0"/>
          <w:sz w:val="22"/>
        </w:rPr>
        <w:t>адрес участка: _________________________________________________________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Взыскатель: _____________________________________________________________</w:t>
      </w:r>
    </w:p>
    <w:p>
      <w:pPr>
        <w:spacing w:before="0"/>
        <w:jc w:val="both"/>
      </w:pPr>
      <w:r>
        <w:rPr>
          <w:b w:val="0"/>
          <w:i w:val="0"/>
          <w:sz w:val="22"/>
        </w:rPr>
        <w:t>(наименование управляющей организации, ТСЖ, ресурсоснабжающей организации, фонда капремонта; ИНН, адрес)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Должник: ________________________________________________________________</w:t>
      </w:r>
    </w:p>
    <w:p>
      <w:pPr>
        <w:spacing w:before="0"/>
        <w:jc w:val="both"/>
      </w:pPr>
      <w:r>
        <w:rPr>
          <w:b w:val="0"/>
          <w:i w:val="0"/>
          <w:sz w:val="22"/>
        </w:rPr>
        <w:t>дата рождения ____________, паспорт серия ______ № ____________,</w:t>
      </w:r>
    </w:p>
    <w:p>
      <w:pPr>
        <w:spacing w:before="0"/>
        <w:jc w:val="both"/>
      </w:pPr>
      <w:r>
        <w:rPr>
          <w:b w:val="0"/>
          <w:i w:val="0"/>
          <w:sz w:val="22"/>
        </w:rPr>
        <w:t>адрес регистрации: _______________________________________________________,</w:t>
      </w:r>
    </w:p>
    <w:p>
      <w:pPr>
        <w:spacing w:before="0"/>
        <w:jc w:val="both"/>
      </w:pPr>
      <w:r>
        <w:rPr>
          <w:b w:val="0"/>
          <w:i w:val="0"/>
          <w:sz w:val="22"/>
        </w:rPr>
        <w:t>адрес для корреспонденции (если отличается): ______________________________,</w:t>
      </w:r>
    </w:p>
    <w:p>
      <w:pPr>
        <w:spacing w:before="0"/>
        <w:jc w:val="both"/>
      </w:pPr>
      <w:r>
        <w:rPr>
          <w:b w:val="0"/>
          <w:i w:val="0"/>
          <w:sz w:val="22"/>
        </w:rPr>
        <w:t>телефон: __________________, e-mail: __________________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Дело № ______________________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240"/>
        <w:jc w:val="center"/>
      </w:pPr>
      <w:r>
        <w:rPr>
          <w:b/>
          <w:i w:val="0"/>
          <w:sz w:val="28"/>
        </w:rPr>
        <w:t>ВОЗРАЖЕНИЯ</w:t>
      </w:r>
    </w:p>
    <w:p>
      <w:pPr>
        <w:spacing w:before="0"/>
        <w:jc w:val="both"/>
      </w:pPr>
      <w:r>
        <w:rPr>
          <w:b w:val="0"/>
          <w:i w:val="0"/>
          <w:sz w:val="22"/>
        </w:rPr>
        <w:t>относительно исполнения судебного приказа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«____» _______________ 20____ г. мировым судьёй судебного участка № ______ ___________________________ вынесен судебный приказ по делу № ______________ о взыскании с меня в пользу ______________________________________________ задолженности по оплате ☐ жилого помещения и коммунальных услуг ☐ взносов на капитальный ремонт ☐ иное: ____________________ за период с «____» __________ 20____ г. по «____» __________ 20____ г. в размере ____________ руб. ____ коп., а также расходов по уплате государственной пошлины в размере ____________ руб.</w:t>
      </w:r>
    </w:p>
    <w:p>
      <w:pPr>
        <w:spacing w:before="0"/>
        <w:jc w:val="both"/>
      </w:pPr>
      <w:r>
        <w:rPr>
          <w:b w:val="0"/>
          <w:i w:val="0"/>
          <w:sz w:val="22"/>
        </w:rPr>
        <w:t>Копию судебного приказа я получил(а) «____» _______________ 20____ г. (☐ вручена почтой под расписку ☐ получена в канцелярии участка ☐ получена в личном кабинете ГАС «Правосудие» / на Госуслугах).</w:t>
      </w:r>
    </w:p>
    <w:p>
      <w:pPr>
        <w:spacing w:before="0"/>
        <w:jc w:val="both"/>
      </w:pPr>
      <w:r>
        <w:rPr>
          <w:b w:val="0"/>
          <w:i w:val="0"/>
          <w:sz w:val="22"/>
        </w:rPr>
        <w:t>С судебным приказом не согласен(на) и возражаю относительно его исполнения.</w:t>
      </w:r>
    </w:p>
    <w:p>
      <w:pPr>
        <w:spacing w:before="0"/>
        <w:jc w:val="both"/>
      </w:pPr>
      <w:r>
        <w:rPr>
          <w:b w:val="0"/>
          <w:i w:val="0"/>
          <w:sz w:val="22"/>
        </w:rPr>
        <w:t>Причина несогласия (указывать не обязательно — п. 31 постановления Пленума Верховного Суда РФ от 27.12.2016 № 62; при желании — одной фразой): ________________________________________________________________________ ________________________________________________________________________.</w:t>
      </w:r>
    </w:p>
    <w:p>
      <w:pPr>
        <w:spacing w:before="0"/>
        <w:jc w:val="both"/>
      </w:pPr>
      <w:r>
        <w:rPr>
          <w:b w:val="0"/>
          <w:i w:val="0"/>
          <w:sz w:val="22"/>
        </w:rPr>
        <w:t>Настоящие возражения поданы в течение десяти дней со дня получения копии судебного приказа (ст. 128 ГПК РФ).</w:t>
      </w:r>
    </w:p>
    <w:p>
      <w:pPr>
        <w:spacing w:before="0"/>
        <w:jc w:val="both"/>
      </w:pPr>
      <w:r>
        <w:rPr>
          <w:b w:val="0"/>
          <w:i w:val="0"/>
          <w:sz w:val="22"/>
        </w:rPr>
        <w:t>На основании статей 128, 129 Гражданского процессуального кодекса РФ</w:t>
      </w:r>
    </w:p>
    <w:p>
      <w:pPr>
        <w:spacing w:before="200"/>
      </w:pPr>
      <w:r>
        <w:rPr>
          <w:b/>
          <w:i w:val="0"/>
          <w:sz w:val="24"/>
        </w:rPr>
        <w:t>ПРОШУ:</w:t>
      </w:r>
    </w:p>
    <w:p>
      <w:pPr>
        <w:spacing w:before="0"/>
        <w:jc w:val="both"/>
      </w:pPr>
      <w:r>
        <w:rPr>
          <w:b w:val="0"/>
          <w:i w:val="0"/>
          <w:sz w:val="22"/>
        </w:rPr>
        <w:t>отменить судебный приказ мирового судьи судебного участка № ______ ___________________________ от «____» _______________ 20____ г. по делу № ______________.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Приложение: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копия паспорта должника (страницы с фотографией и с регистрацией);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копия судебного приказа (при наличии);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копия уведомления о вручении / конверта с датой получения (при наличии);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иное: _________________________________________________________.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120"/>
      </w:pPr>
      <w:r>
        <w:rPr>
          <w:b w:val="0"/>
          <w:i w:val="0"/>
          <w:sz w:val="22"/>
        </w:rPr>
        <w:t>«____» _______________ 20____ г.          ____________________ / ____________________ /</w:t>
      </w:r>
    </w:p>
    <w:p>
      <w:pPr>
        <w:spacing w:before="0"/>
        <w:jc w:val="both"/>
      </w:pPr>
      <w:r>
        <w:rPr>
          <w:b w:val="0"/>
          <w:i w:val="0"/>
          <w:sz w:val="22"/>
        </w:rPr>
        <w:t xml:space="preserve">                                                              (подпись)                (расшифровка)</w:t>
      </w:r>
    </w:p>
    <w:p>
      <w:r>
        <w:br w:type="page"/>
      </w:r>
    </w:p>
    <w:p>
      <w:pPr>
        <w:spacing w:before="0"/>
        <w:jc w:val="both"/>
      </w:pPr>
      <w:r>
        <w:rPr>
          <w:b w:val="0"/>
          <w:i w:val="0"/>
          <w:sz w:val="22"/>
        </w:rPr>
        <w:t>Мировому судье судебного участка № ______</w:t>
      </w:r>
    </w:p>
    <w:p>
      <w:pPr>
        <w:spacing w:before="0"/>
        <w:jc w:val="both"/>
      </w:pPr>
      <w:r>
        <w:rPr>
          <w:b w:val="0"/>
          <w:i w:val="0"/>
          <w:sz w:val="22"/>
        </w:rPr>
        <w:t>________________________________ района / города ________________________</w:t>
      </w:r>
    </w:p>
    <w:p>
      <w:pPr>
        <w:spacing w:before="0"/>
        <w:jc w:val="both"/>
      </w:pPr>
      <w:r>
        <w:rPr>
          <w:b w:val="0"/>
          <w:i w:val="0"/>
          <w:sz w:val="22"/>
        </w:rPr>
        <w:t>адрес участка: _________________________________________________________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Взыскатель: _____________________________________________________________</w:t>
      </w:r>
    </w:p>
    <w:p>
      <w:pPr>
        <w:spacing w:before="0"/>
        <w:jc w:val="both"/>
      </w:pPr>
      <w:r>
        <w:rPr>
          <w:b w:val="0"/>
          <w:i w:val="0"/>
          <w:sz w:val="22"/>
        </w:rPr>
        <w:t>(наименование управляющей организации, ТСЖ, ресурсоснабжающей организации, фонда капремонта; ИНН, адрес)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Должник: ________________________________________________________________</w:t>
      </w:r>
    </w:p>
    <w:p>
      <w:pPr>
        <w:spacing w:before="0"/>
        <w:jc w:val="both"/>
      </w:pPr>
      <w:r>
        <w:rPr>
          <w:b w:val="0"/>
          <w:i w:val="0"/>
          <w:sz w:val="22"/>
        </w:rPr>
        <w:t>дата рождения ____________, паспорт серия ______ № ____________,</w:t>
      </w:r>
    </w:p>
    <w:p>
      <w:pPr>
        <w:spacing w:before="0"/>
        <w:jc w:val="both"/>
      </w:pPr>
      <w:r>
        <w:rPr>
          <w:b w:val="0"/>
          <w:i w:val="0"/>
          <w:sz w:val="22"/>
        </w:rPr>
        <w:t>адрес регистрации: _______________________________________________________,</w:t>
      </w:r>
    </w:p>
    <w:p>
      <w:pPr>
        <w:spacing w:before="0"/>
        <w:jc w:val="both"/>
      </w:pPr>
      <w:r>
        <w:rPr>
          <w:b w:val="0"/>
          <w:i w:val="0"/>
          <w:sz w:val="22"/>
        </w:rPr>
        <w:t>адрес для корреспонденции (если отличается): ______________________________,</w:t>
      </w:r>
    </w:p>
    <w:p>
      <w:pPr>
        <w:spacing w:before="0"/>
        <w:jc w:val="both"/>
      </w:pPr>
      <w:r>
        <w:rPr>
          <w:b w:val="0"/>
          <w:i w:val="0"/>
          <w:sz w:val="22"/>
        </w:rPr>
        <w:t>телефон: __________________, e-mail: __________________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Дело № ______________________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240"/>
        <w:jc w:val="center"/>
      </w:pPr>
      <w:r>
        <w:rPr>
          <w:b/>
          <w:i w:val="0"/>
          <w:sz w:val="28"/>
        </w:rPr>
        <w:t>ВОЗРАЖЕНИЯ</w:t>
      </w:r>
    </w:p>
    <w:p>
      <w:pPr>
        <w:spacing w:before="0"/>
        <w:jc w:val="both"/>
      </w:pPr>
      <w:r>
        <w:rPr>
          <w:b w:val="0"/>
          <w:i w:val="0"/>
          <w:sz w:val="22"/>
        </w:rPr>
        <w:t>относительно исполнения судебного приказа</w:t>
      </w:r>
    </w:p>
    <w:p>
      <w:pPr>
        <w:spacing w:before="0"/>
        <w:jc w:val="both"/>
      </w:pPr>
      <w:r>
        <w:rPr>
          <w:b w:val="0"/>
          <w:i w:val="0"/>
          <w:sz w:val="22"/>
        </w:rPr>
        <w:t>с обоснованием невозможности их представления в установленный срок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«____» _______________ 20____ г. мировым судьёй судебного участка № ______ ___________________________ вынесен судебный приказ по делу № ______________ о взыскании с меня в пользу ______________________________________________ задолженности по оплате ☐ жилого помещения и коммунальных услуг ☐ взносов на капитальный ремонт ☐ иное: ____________________ за период с «____» __________ 20____ г. по «____» __________ 20____ г. в размере ____________ руб. ____ коп., а также расходов по уплате государственной пошлины в размере ____________ руб.</w:t>
      </w:r>
    </w:p>
    <w:p>
      <w:pPr>
        <w:spacing w:before="0"/>
        <w:jc w:val="both"/>
      </w:pPr>
      <w:r>
        <w:rPr>
          <w:b w:val="0"/>
          <w:i w:val="0"/>
          <w:sz w:val="22"/>
        </w:rPr>
        <w:t>С судебным приказом не согласен(на) и возражаю относительно его исполнения. Причина несогласия (при желании): ________________________________________________________________________.</w:t>
      </w:r>
    </w:p>
    <w:p>
      <w:pPr>
        <w:spacing w:before="200"/>
      </w:pPr>
      <w:r>
        <w:rPr>
          <w:b/>
          <w:i w:val="0"/>
          <w:sz w:val="24"/>
        </w:rPr>
        <w:t>1. Об обстоятельствах, препятствовавших подаче возражений в срок</w:t>
      </w:r>
    </w:p>
    <w:p>
      <w:pPr>
        <w:spacing w:before="0"/>
        <w:jc w:val="both"/>
      </w:pPr>
      <w:r>
        <w:rPr>
          <w:b w:val="0"/>
          <w:i w:val="0"/>
          <w:sz w:val="22"/>
        </w:rPr>
        <w:t>Копию судебного приказа я не получал(а). О вынесении судебного приказа мне стало известно «____» _______________ 20____ г. из: ☐ уведомления банка о списании денежных средств ☐ постановления судебного пристава-исполнителя ☐ уведомления на портале Госуслуг ☐ иное: ______________________________.</w:t>
      </w:r>
    </w:p>
    <w:p>
      <w:pPr>
        <w:spacing w:before="0"/>
        <w:jc w:val="both"/>
      </w:pPr>
      <w:r>
        <w:rPr>
          <w:b w:val="0"/>
          <w:i w:val="0"/>
          <w:sz w:val="22"/>
        </w:rPr>
        <w:t>По сведениям сервиса отслеживания на официальном сайте АО «Почта России» почтовое отправление с копией судебного приказа (отметить нужное):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☐ не направлялось / сведений об отправлении не имеется;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☐ направлено по адресу _____________________________, по которому я не проживаю с «____» __________ 20____ г. (адрес регистрации на дату направления: _____________________________);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☐ возвращено отправителю за истечением срока хранения, при этом извещений о поступлении письма я не получал(а) (нарушение порядка доставки);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☐ поступило в отделение связи в период, когда я отсутствовал(а) по месту жительства с «____» __________ по «____» __________ 20____ г. в связи с ☐ болезнью ☐ командировкой ☐ отпуском ☐ переездом, что подтверждается прилагаемыми документами.</w:t>
      </w:r>
    </w:p>
    <w:p>
      <w:pPr>
        <w:spacing w:before="0"/>
        <w:jc w:val="both"/>
      </w:pPr>
      <w:r>
        <w:rPr>
          <w:b w:val="0"/>
          <w:i w:val="0"/>
          <w:sz w:val="22"/>
        </w:rPr>
        <w:t>Указанные обстоятельства существовали в течение всего срока, установленного для представления возражений, и не зависели от меня. Настоящие возражения направлены не позднее десяти дней со дня, когда мне стало известно о судебном приказе (п. 33 постановления Пленума Верховного Суда РФ от 27.12.2016 № 62).</w:t>
      </w:r>
    </w:p>
    <w:p>
      <w:pPr>
        <w:spacing w:before="0"/>
        <w:jc w:val="both"/>
      </w:pPr>
      <w:r>
        <w:rPr>
          <w:b w:val="0"/>
          <w:i w:val="0"/>
          <w:sz w:val="22"/>
        </w:rPr>
        <w:t>На основании части 2 статьи 129 ГПК РФ, пунктов 33, 34 постановления Пленума Верховного Суда РФ от 27.12.2016 № 62</w:t>
      </w:r>
    </w:p>
    <w:p>
      <w:pPr>
        <w:spacing w:before="200"/>
      </w:pPr>
      <w:r>
        <w:rPr>
          <w:b/>
          <w:i w:val="0"/>
          <w:sz w:val="24"/>
        </w:rPr>
        <w:t>ПРОШУ: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1. Принять возражения относительно исполнения судебного приказа, представленные за пределами установленного срока по причинам, не зависящим от должника.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2. Отменить судебный приказ мирового судьи судебного участка № ______ ___________________________ от «____» _______________ 20____ г. по делу № ______________.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Приложение: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копия паспорта должника (страницы с фотографией и с регистрацией);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документ, подтверждающий дату, когда должник узнал о приказе (справка или выписка банка, постановление пристава, скриншот уведомления с Госуслуг);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отчёт об отслеживании почтового отправления с сайта АО «Почта России» (если отправление направлялось);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документы об отсутствии по месту жительства: проездные документы, командировочное удостоверение, листок нетрудоспособности, договор найма другого жилья, отметка о снятии с регистрационного учёта — что применимо;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иное: _________________________________________________________.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120"/>
      </w:pPr>
      <w:r>
        <w:rPr>
          <w:b w:val="0"/>
          <w:i w:val="0"/>
          <w:sz w:val="22"/>
        </w:rPr>
        <w:t>«____» _______________ 20____ г.          ____________________ / ____________________ /</w:t>
      </w:r>
    </w:p>
    <w:p>
      <w:pPr>
        <w:spacing w:before="0"/>
        <w:jc w:val="both"/>
      </w:pPr>
      <w:r>
        <w:rPr>
          <w:b w:val="0"/>
          <w:i w:val="0"/>
          <w:sz w:val="22"/>
        </w:rPr>
        <w:t xml:space="preserve">                                                              (подпись)                (расшифровка)</w:t>
      </w:r>
    </w:p>
    <w:p>
      <w:r>
        <w:br w:type="page"/>
      </w:r>
    </w:p>
    <w:p>
      <w:pPr>
        <w:spacing w:before="0"/>
        <w:jc w:val="both"/>
      </w:pPr>
      <w:r>
        <w:rPr>
          <w:b w:val="0"/>
          <w:i w:val="0"/>
          <w:sz w:val="22"/>
        </w:rPr>
        <w:t>Мировому судье судебного участка № ______</w:t>
      </w:r>
    </w:p>
    <w:p>
      <w:pPr>
        <w:spacing w:before="0"/>
        <w:jc w:val="both"/>
      </w:pPr>
      <w:r>
        <w:rPr>
          <w:b w:val="0"/>
          <w:i w:val="0"/>
          <w:sz w:val="22"/>
        </w:rPr>
        <w:t>________________________________ района / города ________________________</w:t>
      </w:r>
    </w:p>
    <w:p>
      <w:pPr>
        <w:spacing w:before="0"/>
        <w:jc w:val="both"/>
      </w:pPr>
      <w:r>
        <w:rPr>
          <w:b w:val="0"/>
          <w:i w:val="0"/>
          <w:sz w:val="22"/>
        </w:rPr>
        <w:t>адрес участка: _________________________________________________________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Взыскатель: _____________________________________________________________</w:t>
      </w:r>
    </w:p>
    <w:p>
      <w:pPr>
        <w:spacing w:before="0"/>
        <w:jc w:val="both"/>
      </w:pPr>
      <w:r>
        <w:rPr>
          <w:b w:val="0"/>
          <w:i w:val="0"/>
          <w:sz w:val="22"/>
        </w:rPr>
        <w:t>(наименование управляющей организации, ТСЖ, ресурсоснабжающей организации, фонда капремонта; ИНН, адрес)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Должник: ________________________________________________________________</w:t>
      </w:r>
    </w:p>
    <w:p>
      <w:pPr>
        <w:spacing w:before="0"/>
        <w:jc w:val="both"/>
      </w:pPr>
      <w:r>
        <w:rPr>
          <w:b w:val="0"/>
          <w:i w:val="0"/>
          <w:sz w:val="22"/>
        </w:rPr>
        <w:t>дата рождения ____________, паспорт серия ______ № ____________,</w:t>
      </w:r>
    </w:p>
    <w:p>
      <w:pPr>
        <w:spacing w:before="0"/>
        <w:jc w:val="both"/>
      </w:pPr>
      <w:r>
        <w:rPr>
          <w:b w:val="0"/>
          <w:i w:val="0"/>
          <w:sz w:val="22"/>
        </w:rPr>
        <w:t>адрес регистрации: _______________________________________________________,</w:t>
      </w:r>
    </w:p>
    <w:p>
      <w:pPr>
        <w:spacing w:before="0"/>
        <w:jc w:val="both"/>
      </w:pPr>
      <w:r>
        <w:rPr>
          <w:b w:val="0"/>
          <w:i w:val="0"/>
          <w:sz w:val="22"/>
        </w:rPr>
        <w:t>адрес для корреспонденции (если отличается): ______________________________,</w:t>
      </w:r>
    </w:p>
    <w:p>
      <w:pPr>
        <w:spacing w:before="0"/>
        <w:jc w:val="both"/>
      </w:pPr>
      <w:r>
        <w:rPr>
          <w:b w:val="0"/>
          <w:i w:val="0"/>
          <w:sz w:val="22"/>
        </w:rPr>
        <w:t>телефон: __________________, e-mail: __________________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Дело № ______________________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240"/>
        <w:jc w:val="center"/>
      </w:pPr>
      <w:r>
        <w:rPr>
          <w:b/>
          <w:i w:val="0"/>
          <w:sz w:val="28"/>
        </w:rPr>
        <w:t>ЗАЯВЛЕНИЕ</w:t>
      </w:r>
    </w:p>
    <w:p>
      <w:pPr>
        <w:spacing w:before="0"/>
        <w:jc w:val="both"/>
      </w:pPr>
      <w:r>
        <w:rPr>
          <w:b w:val="0"/>
          <w:i w:val="0"/>
          <w:sz w:val="22"/>
        </w:rPr>
        <w:t>о повороте исполнения судебного приказа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Судебным приказом мирового судьи судебного участка № ______ ___________________________ от «____» _______________ 20____ г. по делу № ______________ с меня в пользу ______________________________________ взыскано ____________ руб. ____ коп.</w:t>
      </w:r>
    </w:p>
    <w:p>
      <w:pPr>
        <w:spacing w:before="0"/>
        <w:jc w:val="both"/>
      </w:pPr>
      <w:r>
        <w:rPr>
          <w:b w:val="0"/>
          <w:i w:val="0"/>
          <w:sz w:val="22"/>
        </w:rPr>
        <w:t>Судебный приказ исполнен: «____» _______________ 20____ г. со счёта № ______________________ в банке _______________________________ списано ____________ руб. ____ коп. (☐ на основании постановления судебного пристава-исполнителя ______________________ от «____» __________ 20____ г. в рамках исполнительного производства № ______________ ☐ по предъявлении приказа взыскателем непосредственно в банк).</w:t>
      </w:r>
    </w:p>
    <w:p>
      <w:pPr>
        <w:spacing w:before="0"/>
        <w:jc w:val="both"/>
      </w:pPr>
      <w:r>
        <w:rPr>
          <w:b w:val="0"/>
          <w:i w:val="0"/>
          <w:sz w:val="22"/>
        </w:rPr>
        <w:t>Определением мирового судьи от «____» _______________ 20____ г. судебный приказ отменён. Сведений о предъявлении взыскателем иска по тому же требованию у меня не имеется.</w:t>
      </w:r>
    </w:p>
    <w:p>
      <w:pPr>
        <w:spacing w:before="0"/>
        <w:jc w:val="both"/>
      </w:pPr>
      <w:r>
        <w:rPr>
          <w:b w:val="0"/>
          <w:i w:val="0"/>
          <w:sz w:val="22"/>
        </w:rPr>
        <w:t>Отмена судебного приказа является самостоятельным основанием для поворота его исполнения, если на момент подачи заявления не возбуждено производство по иску взыскателя (п. 35 постановления Пленума Верховного Суда РФ от 27.12.2016 № 62).</w:t>
      </w:r>
    </w:p>
    <w:p>
      <w:pPr>
        <w:spacing w:before="0"/>
        <w:jc w:val="both"/>
      </w:pPr>
      <w:r>
        <w:rPr>
          <w:b w:val="0"/>
          <w:i w:val="0"/>
          <w:sz w:val="22"/>
        </w:rPr>
        <w:t>На основании статей 443, 444 ГПК РФ</w:t>
      </w:r>
    </w:p>
    <w:p>
      <w:pPr>
        <w:spacing w:before="200"/>
      </w:pPr>
      <w:r>
        <w:rPr>
          <w:b/>
          <w:i w:val="0"/>
          <w:sz w:val="24"/>
        </w:rPr>
        <w:t>ПРОШУ:</w:t>
      </w:r>
    </w:p>
    <w:p>
      <w:pPr>
        <w:spacing w:before="0"/>
        <w:jc w:val="both"/>
      </w:pPr>
      <w:r>
        <w:rPr>
          <w:b w:val="0"/>
          <w:i w:val="0"/>
          <w:sz w:val="22"/>
        </w:rPr>
        <w:t>произвести поворот исполнения судебного приказа от «____» _______________ 20____ г. по делу № ______________, взыскав с ________________________________ в мою пользу ____________ руб. ____ коп.</w:t>
      </w:r>
    </w:p>
    <w:p>
      <w:pPr>
        <w:spacing w:before="0"/>
        <w:jc w:val="both"/>
      </w:pPr>
      <w:r>
        <w:rPr>
          <w:b w:val="0"/>
          <w:i w:val="0"/>
          <w:sz w:val="22"/>
        </w:rPr>
        <w:t>Реквизиты для перечисления: получатель ______________________________, банк ______________________________, БИК ______________, счёт № ______________________.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Приложение: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копия определения об отмене судебного приказа;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выписка по счёту / справка банка о списании либо постановление судебного пристава-исполнителя;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копия паспорта заявителя;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иное: _________________________________________________________.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120"/>
      </w:pPr>
      <w:r>
        <w:rPr>
          <w:b w:val="0"/>
          <w:i w:val="0"/>
          <w:sz w:val="22"/>
        </w:rPr>
        <w:t>«____» _______________ 20____ г.          ____________________ / ____________________ /</w:t>
      </w:r>
    </w:p>
    <w:p>
      <w:pPr>
        <w:spacing w:before="0"/>
        <w:jc w:val="both"/>
      </w:pPr>
      <w:r>
        <w:rPr>
          <w:b w:val="0"/>
          <w:i w:val="0"/>
          <w:sz w:val="22"/>
        </w:rPr>
        <w:t xml:space="preserve">                                                              (подпись)                (расшифровка)</w:t>
      </w:r>
    </w:p>
    <w:p>
      <w:r>
        <w:br w:type="page"/>
      </w:r>
    </w:p>
    <w:p>
      <w:pPr>
        <w:spacing w:before="120"/>
        <w:jc w:val="center"/>
      </w:pPr>
      <w:r>
        <w:rPr>
          <w:b/>
          <w:i w:val="0"/>
          <w:sz w:val="28"/>
        </w:rPr>
        <w:t>ПОЯСНЕНИЯ К ШАБЛОНУ</w:t>
      </w:r>
    </w:p>
    <w:p>
      <w:pPr>
        <w:spacing w:before="0"/>
      </w:pPr>
      <w:r>
        <w:rPr>
          <w:b w:val="0"/>
          <w:i/>
          <w:color w:val="525252"/>
          <w:sz w:val="20"/>
        </w:rPr>
        <w:t>В файле три документа. Вариант 1 — если вы укладываетесь в десять дней с получения копии приказа. Вариант 2 — если срок прошёл или письмо к вам не приходило вовсе. Вариант 3 — если деньги уже списали и приказ отменён. Заполните только нужный; лишние страницы не подавайте.</w:t>
      </w:r>
    </w:p>
    <w:p>
      <w:pPr>
        <w:spacing w:before="160"/>
      </w:pPr>
      <w:r>
        <w:rPr>
          <w:b/>
          <w:i w:val="0"/>
          <w:sz w:val="22"/>
        </w:rPr>
        <w:t>Сколько времени есть</w:t>
      </w:r>
    </w:p>
    <w:p>
      <w:pPr>
        <w:spacing w:before="0"/>
        <w:jc w:val="both"/>
      </w:pPr>
      <w:r>
        <w:rPr>
          <w:b w:val="0"/>
          <w:i w:val="0"/>
          <w:sz w:val="20"/>
        </w:rPr>
        <w:t>Десять дней со дня получения копии приказа (ст. 128 ГПК). Срок, исчисляемый днями, считается по рабочим дням: нерабочие в него не включаются (ч. 3 ст. 107 ГПК), а если последний день выпал на выходной, он переносится на следующий рабочий (ч. 2 ст. 108 ГПК). Письмо, сданное на почту до 24:00 последнего дня, считается поданным в срок (ч. 3 ст. 108 ГПК). Но спорить с судьёй о календаре дороже, чем подать раньше: не откладывайте на последний день.</w:t>
      </w:r>
    </w:p>
    <w:p>
      <w:pPr>
        <w:spacing w:before="160"/>
      </w:pPr>
      <w:r>
        <w:rPr>
          <w:b/>
          <w:i w:val="0"/>
          <w:sz w:val="22"/>
        </w:rPr>
        <w:t>Если письмо не получали</w:t>
      </w:r>
    </w:p>
    <w:p>
      <w:pPr>
        <w:spacing w:before="0"/>
        <w:jc w:val="both"/>
      </w:pPr>
      <w:r>
        <w:rPr>
          <w:b w:val="0"/>
          <w:i w:val="0"/>
          <w:sz w:val="20"/>
        </w:rPr>
        <w:t>Суд всё равно может посчитать вас получившим копию: срок хранения судебной почты у Почты России — 7 дней, и десять дней на возражения считают со дня его истечения (п. 32 постановления Пленума ВС РФ № 62). Риск неполучения письма по зависящим от вас причинам несёт должник (п. 30). Поэтому в варианте 2 обосновывается не «я не знал», а ПОЧЕМУ письмо не могло быть получено: неверный адрес, нарушение доставки, отсутствие по месту жительства — и к каждому обстоятельству нужен документ (п. 34).</w:t>
      </w:r>
    </w:p>
    <w:p>
      <w:pPr>
        <w:spacing w:before="160"/>
      </w:pPr>
      <w:r>
        <w:rPr>
          <w:b/>
          <w:i w:val="0"/>
          <w:sz w:val="22"/>
        </w:rPr>
        <w:t>Что изменилось в 2024 году</w:t>
      </w:r>
    </w:p>
    <w:p>
      <w:pPr>
        <w:spacing w:before="0"/>
        <w:jc w:val="both"/>
      </w:pPr>
      <w:r>
        <w:rPr>
          <w:b w:val="0"/>
          <w:i w:val="0"/>
          <w:sz w:val="20"/>
        </w:rPr>
        <w:t>Возражения, поступившие после срока, суд не рассматривает и возвращает — если только должник не обосновал невозможность подать их вовремя по независящим от него причинам (ч. 2 ст. 129 ГПК в редакции закона от 26.10.2024 № 356-ФЗ). Раньше практика была мягче. Сейчас без обоснования и документов вариант 2 вернут.</w:t>
      </w:r>
    </w:p>
    <w:p>
      <w:pPr>
        <w:spacing w:before="160"/>
      </w:pPr>
      <w:r>
        <w:rPr>
          <w:b/>
          <w:i w:val="0"/>
          <w:sz w:val="22"/>
        </w:rPr>
        <w:t>Причину несогласия писать не обязательно</w:t>
      </w:r>
    </w:p>
    <w:p>
      <w:pPr>
        <w:spacing w:before="0"/>
        <w:jc w:val="both"/>
      </w:pPr>
      <w:r>
        <w:rPr>
          <w:b w:val="0"/>
          <w:i w:val="0"/>
          <w:sz w:val="20"/>
        </w:rPr>
        <w:t>Возражения могут содержать только указание на несогласие с приказом (п. 31 постановления Пленума № 62). Судья не оценивает, прав ли должник: если возражения поступили в срок, приказ отменяется, а взыскателю разъясняется право обратиться с иском (ч. 1 ст. 129 ГПК). Спор по существу — размер долга, период, давность — идёт уже в исковом деле.</w:t>
      </w:r>
    </w:p>
    <w:p>
      <w:pPr>
        <w:spacing w:before="160"/>
      </w:pPr>
      <w:r>
        <w:rPr>
          <w:b/>
          <w:i w:val="0"/>
          <w:sz w:val="22"/>
        </w:rPr>
        <w:t>Если участок просит «ходатайство о восстановлении срока»</w:t>
      </w:r>
    </w:p>
    <w:p>
      <w:pPr>
        <w:spacing w:before="0"/>
        <w:jc w:val="both"/>
      </w:pPr>
      <w:r>
        <w:rPr>
          <w:b w:val="0"/>
          <w:i w:val="0"/>
          <w:sz w:val="20"/>
        </w:rPr>
        <w:t>Пленум № 62 говорит об обосновании внутри самих возражений, но некоторые участки принимают только отдельный документ со ссылкой на ст. 112 ГПК. Тогда вынесите раздел 1 варианта 2 на отдельный лист под заголовком «Ходатайство о восстановлении срока на подачу возражений» с той же просительной частью — текст не меняется.</w:t>
      </w:r>
    </w:p>
    <w:p>
      <w:pPr>
        <w:spacing w:before="160"/>
      </w:pPr>
      <w:r>
        <w:rPr>
          <w:b/>
          <w:i w:val="0"/>
          <w:sz w:val="22"/>
        </w:rPr>
        <w:t>Если деньги уже списали</w:t>
      </w:r>
    </w:p>
    <w:p>
      <w:pPr>
        <w:spacing w:before="0"/>
        <w:jc w:val="both"/>
      </w:pPr>
      <w:r>
        <w:rPr>
          <w:b w:val="0"/>
          <w:i w:val="0"/>
          <w:sz w:val="20"/>
        </w:rPr>
        <w:t>После отмены приказа подайте тому же мировому судье заявление о повороте исполнения (ст. 443–444 ГПК, вариант 3). Отмена приказа — самостоятельное основание для поворота, если взыскатель ещё не подал иск (п. 35 постановления Пленума № 62). Копию определения об отмене отнесите приставу: исполнительное производство прекращается (п. 4, 5 ч. 2 ст. 43 закона «Об исполнительном производстве»).</w:t>
      </w:r>
    </w:p>
    <w:p>
      <w:pPr>
        <w:spacing w:before="160"/>
      </w:pPr>
      <w:r>
        <w:rPr>
          <w:b/>
          <w:i w:val="0"/>
          <w:sz w:val="22"/>
        </w:rPr>
        <w:t>Долг прежнего собственника</w:t>
      </w:r>
    </w:p>
    <w:p>
      <w:pPr>
        <w:spacing w:before="0"/>
        <w:jc w:val="both"/>
      </w:pPr>
      <w:r>
        <w:rPr>
          <w:b w:val="0"/>
          <w:i w:val="0"/>
          <w:sz w:val="20"/>
        </w:rPr>
        <w:t>Обязанность платить за жильё и коммунальные услуги возникает у собственника с момента возникновения права собственности (п. 5 ч. 2 ст. 153 ЖК). Долг прежнего владельца к покупателю не переходит — за одним исключением: долг по взносам на капитальный ремонт переходит к новому собственнику (ч. 3 ст. 158 ЖК). Если приказ вынесен за период до вашей регистрации права, в исковом деле приложите выписку ЕГРН с датой регистрации.</w:t>
      </w:r>
    </w:p>
    <w:p>
      <w:pPr>
        <w:spacing w:before="160"/>
      </w:pPr>
      <w:r>
        <w:rPr>
          <w:b/>
          <w:i w:val="0"/>
          <w:sz w:val="22"/>
        </w:rPr>
        <w:t>Исковая давность</w:t>
      </w:r>
    </w:p>
    <w:p>
      <w:pPr>
        <w:spacing w:before="0"/>
        <w:jc w:val="both"/>
      </w:pPr>
      <w:r>
        <w:rPr>
          <w:b w:val="0"/>
          <w:i w:val="0"/>
          <w:sz w:val="20"/>
        </w:rPr>
        <w:t>Общий срок исковой давности — три года (ст. 196 ГК). Суд применяет её только по заявлению стороны (п. 2 ст. 199 ГК): в приказном производстве заявить её негде, поэтому после отмены приказа, если взыскатель подаст иск, заявите о давности письменно по периодам старше трёх лет.</w:t>
      </w:r>
    </w:p>
    <w:p>
      <w:pPr>
        <w:spacing w:before="160"/>
      </w:pPr>
      <w:r>
        <w:rPr>
          <w:b/>
          <w:i w:val="0"/>
          <w:sz w:val="22"/>
        </w:rPr>
        <w:t>Куда и как подавать</w:t>
      </w:r>
    </w:p>
    <w:p>
      <w:pPr>
        <w:spacing w:before="0"/>
        <w:jc w:val="both"/>
      </w:pPr>
      <w:r>
        <w:rPr>
          <w:b w:val="0"/>
          <w:i w:val="0"/>
          <w:sz w:val="20"/>
        </w:rPr>
        <w:t>Мировому судье, который вынес приказ, — не в районный суд и не взыскателю. Три способа: лично в канцелярию участка с отметкой о принятии на вашем экземпляре; заказным письмом с описью вложения и уведомлением (дата на квитанции — дата подачи); через ГАС «Правосудие» с подтверждённой учётной записью Госуслуг. Номер дела и участок ищите на сайте участка в разделе «Судебное делопроизводство», в Банке данных исполнительных производств ФССП или в уведомлении на Госуслугах.</w:t>
      </w:r>
    </w:p>
    <w:p>
      <w:pPr>
        <w:spacing w:before="240"/>
      </w:pPr>
      <w:r>
        <w:rPr>
          <w:b/>
          <w:i w:val="0"/>
          <w:sz w:val="24"/>
        </w:rPr>
        <w:t>Ошибки, из-за которых приказ не отменяют</w:t>
      </w:r>
    </w:p>
    <w:p>
      <w:pPr>
        <w:spacing w:before="0"/>
        <w:jc w:val="both"/>
      </w:pPr>
      <w:r>
        <w:rPr>
          <w:b w:val="0"/>
          <w:i w:val="0"/>
          <w:sz w:val="20"/>
        </w:rPr>
        <w:t>Ждать письма из суда — Если о приказе вы узнали со списания, письмо уже вернулось отправителю, и срок, скорее всего, идёт или истёк. Считайте от дня, когда узнали, и подавайте вариант 2 сразу.</w:t>
      </w:r>
    </w:p>
    <w:p>
      <w:pPr>
        <w:spacing w:before="0"/>
        <w:jc w:val="both"/>
      </w:pPr>
      <w:r>
        <w:rPr>
          <w:b w:val="0"/>
          <w:i w:val="0"/>
          <w:sz w:val="20"/>
        </w:rPr>
        <w:t>Считать срок от даты приказа — Десять дней идут со дня ПОЛУЧЕНИЯ копии, а не с даты вынесения (ст. 128 ГПК). Но и ждать вручения бесконечно нельзя — см. пояснение про срок хранения почты.</w:t>
      </w:r>
    </w:p>
    <w:p>
      <w:pPr>
        <w:spacing w:before="0"/>
        <w:jc w:val="both"/>
      </w:pPr>
      <w:r>
        <w:rPr>
          <w:b w:val="0"/>
          <w:i w:val="0"/>
          <w:sz w:val="20"/>
        </w:rPr>
        <w:t>Подавать возражения взыскателю — Управляющая компания и фонд капремонта приказ отменить не могут. Документ адресуется мировому судье, вынесшему приказ.</w:t>
      </w:r>
    </w:p>
    <w:p>
      <w:pPr>
        <w:spacing w:before="0"/>
        <w:jc w:val="both"/>
      </w:pPr>
      <w:r>
        <w:rPr>
          <w:b w:val="0"/>
          <w:i w:val="0"/>
          <w:sz w:val="20"/>
        </w:rPr>
        <w:t>Писать длинную мотивировку с расчётами — В приказном производстве её никто не читает: судья проверяет только срок. Ошибки в расчётах не помогут, а неверные утверждения потом процитирует взыскатель в иске. Причина — одной фразой или без неё.</w:t>
      </w:r>
    </w:p>
    <w:p>
      <w:pPr>
        <w:spacing w:before="0"/>
        <w:jc w:val="both"/>
      </w:pPr>
      <w:r>
        <w:rPr>
          <w:b w:val="0"/>
          <w:i w:val="0"/>
          <w:sz w:val="20"/>
        </w:rPr>
        <w:t>Заплатить, «чтобы отстали», и не подавать возражения — Оплата не отменяет приказ и не мешает взыскателю списать спорную сумму ещё раз по тому же документу. Если долг чужой или завышен — сначала отмена, потом расчёты в исковом деле.</w:t>
      </w:r>
    </w:p>
    <w:p>
      <w:pPr>
        <w:spacing w:before="0"/>
        <w:jc w:val="both"/>
      </w:pPr>
      <w:r>
        <w:rPr>
          <w:b w:val="0"/>
          <w:i w:val="0"/>
          <w:sz w:val="20"/>
        </w:rPr>
        <w:t>Подать возражения после срока без документов — С 2024 года их вернут без рассмотрения (ч. 2 ст. 129 ГПК). К варианту 2 прикладывается подтверждение каждого обстоятельства.</w:t>
      </w:r>
    </w:p>
    <w:p>
      <w:pPr>
        <w:spacing w:before="240"/>
      </w:pPr>
      <w:r>
        <w:rPr>
          <w:b/>
          <w:i w:val="0"/>
          <w:sz w:val="24"/>
        </w:rPr>
        <w:t>Что сделать до подачи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узнать номер дела, участок и дату приказа (сайт участка, ФССП, Госуслуги);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посчитать крайний день по рабочим дням — калькулятор на proverka-kvartiry.ru/otmena-sudebnogo-prikaza;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выбрать вариант: 1 — срок идёт, 2 — срок прошёл или письма не было;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проверить трекинг письма на сайте Почты России и сохранить отчёт;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собрать документы к каждому обстоятельству из раздела 1 варианта 2;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подписать каждую страницу, сделать копию для себя;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подать под отметку, заказным письмом с описью или через ГАС «Правосудие»;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через 7–10 дней проверить на сайте участка, вынесено ли определение об отмене;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если деньги списаны — после отмены подать вариант 3 и отнести определение приставу.</w:t>
      </w:r>
    </w:p>
    <w:p>
      <w:pPr>
        <w:spacing w:before="160"/>
      </w:pPr>
      <w:r>
        <w:rPr>
          <w:b w:val="0"/>
          <w:i/>
          <w:color w:val="1F6B54"/>
          <w:sz w:val="20"/>
        </w:rPr>
        <w:t>Приказ по чужому долгу приходит новому собственнику, потому что долг не проверили до сделки. Задолженность по ЖКУ и капремонту, аресты и банкротство продавца видны в реестрах заранее. Проверка квартиры и продавца по официальным реестрам — proverka-kvartiry.ru</w:t>
      </w:r>
    </w:p>
    <w:p>
      <w:pPr>
        <w:spacing w:before="240"/>
      </w:pPr>
      <w:r>
        <w:rPr>
          <w:b w:val="0"/>
          <w:i/>
          <w:color w:val="525252"/>
          <w:sz w:val="18"/>
        </w:rPr>
        <w:t>Это типовой шаблон, а не юридическая консультация. Он не учитывает особенности вашего дела: солидарных должников, приказ о взыскании алиментов, банкротство, приказ, вынесенный арбитражным судом. Срок по вашему делу окончательно определяет мировой судья. В сложных случаях обратитесь к юристу. Подготовлено сервисом proverka-kvartiry.ru.</w:t>
      </w:r>
    </w:p>
    <w:p>
      <w:pPr>
        <w:spacing w:before="0"/>
      </w:pPr>
      <w:r>
        <w:rPr>
          <w:b w:val="0"/>
          <w:i/>
          <w:color w:val="A3A3A3"/>
          <w:sz w:val="18"/>
        </w:rPr>
        <w:t>Редакция от 02.09.2026 · proverka-kvartiry.ru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